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«Московский индустриальный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