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Тувинский региональный филиал ОАО «Россельхозбанк» обратился в Арбитражный суд Республики Тыва с заявлением о признании несостоятельным (банкротом) умершего Апханова Аркадия Александровича. Решением Арбитражного суда Республики Тыва от 12.10.2021 умерший гражданин-должник признан несостоятельным (банкротом), открыта процедура реализации имущества гражданина сроком на шесть месяцев, при банкротстве должника применены правила параграфа 4 главы X Федерального закона «О несостоятельности (банкротстве)»; в третью очередь реестра требований кредиторов должника включено требование банка в размере 1 565 271 рубля 24 копеек, обеспеченное залогом недвижимого имущества (квартира и земельный участок); финансовым управляющим имуществом должника утвержден Федоров М.Ю. Постановлением Третьего арбитражного апелляционного суда от 02.03.2022 решение суда первой инстанции отменено в части признания требования кредитора обеспеченным залогом имущества должника и в указанной части в установлении статуса залогового кредитора отказано; в остальной части решение суда первой инстанции оставлено без изменения. Арбитражный суд Восточно-Сибирского округа постановлением от 10.06.2022 постановление суда апелляционной инстанции оставил без изменения. 2 Тувинский региональный филиал ОАО «Россельхозбанк»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установлении статуса залогового кредитора, суды апелляционной и кассационной инстанций руководствовались положениями статьи 223.1 Федерального закона «О несостоятельности (банкротстве)» и исходили из того, что залоговое имущество в рамках дела о банкротстве наследника должника признано единственным пригодным для проживания жильем.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