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«Звук.Свет.Инсталляция»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