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«Союз-Агро Самара»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