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внешний управляющий обществом «Уралторгснаб» и два конкурсных кредитора должника обратились в суд с ходатайствами об утверждении мирового соглашения и прекращении производства по делу. Определением Арбитражного суда Республики Коми от 18.01.2018 представителю собрания кредиторов общества «Уралторгснаб» ФИО1 отказано в удовлетворении ходатайства о прекращении в отношении должника процедуры внешнего управления и признании его банкротом, утверждено мировое соглашение, производство по делу прекращено. Постановлением Арбитражного суда Волго-Вятского округа от 23.10.2018 определение суда первой инстанции отменено, вопрос об утверждении мирового соглашения направлен на новое рассмотрение. В кассационной жалобе, поданной в Верховный Суд Российской Федерации, должник просит отменить постановление окружного суда, оставив в силе акт суда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судебных актов, принятых по делу о банкротстве, и доводов кассационной жалобы не установлено. Отменяя определение суда первой инстанции, окружной суд указал на нарушение условиями утвержденного мирового соглашения прав третьих лиц – участников общества с ограниченной ответственностью «Производственная база № 4», а также на необходимость дополнительной оценки позиции мажоритарного кредитора относительно разрешения дела о банкротстве должника мирным путем, учитывая восстановление органов управления этого кредитора в связи с его выходом из процедуры банкротства. Оспариваемое обществом «Уралторгснаб» постановление Арбитражного суда Волго-Вятского округа принято в пределах полномочий, предоставленных окружному суду (статьи 286 и 287 Арбитражного процессуального кодекса Российской Федерации). Должник не лишен возможности при новом рассмотрении вопроса об утверждении мирового соглашения в суде первой инстанции изложить свои доводы со ссылками на нормы права и имеющиеся в деле доказательства. На основании изложенного и руководствуясь статьей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И.В. Разумов Суд: Верховный Суд РФ (подробнее) Истцы: представитель собрания кредиторов Горюнов Артем Дмитриевич (подробнее) Представитель собрания кредиторов должника Овчинникова Алёна Олеговна (подробнее) Ответчики: ООО Уралторгснаб (подробнее) Иные лица: АО Агьфа-Банк (подробнее) АО "Альфа-Банк" Еатеринбургский филиал (подробнее) АО Филиал Екатеренбургский Альфа-Банк (подробнее) АО Эр - Телеком Холдинг (подробнее) АО Эр-Телеком Холдинг (подробнее) Арбитражный управляющий Страчук Елена Валерьевна (подробнее) Ассоциация "Региональная саморегулируемая организация профессиональных арбитражных управляющих" (подробнее) Ассоциация РСОПАУ (подробнее) А/У Страчук Е.В. (подробнее) Внешний управляющий Страчук Елена Валерьевна (подробнее) В/У Страчук Елена Валерьевна (подробнее) Городское отделение почтовой связи "Екатеринбург 75" (подробнее) Единый регистрационный центр в Республике Коми (подробнее) Инспекция Федеральной налоговой службы по г. Сыктывкару (подробнее) Инспекция Федеральной налоговой службы по г. Сыктывкару (Единый регистрационный центр) (подробнее) ИФНС по г. Сыктывкару (подробнее) Кировское ОСБ №7003 (подробнее) К/У Джурабаев С.Г. (подробнее) Межрайонный отдел по исполнению особых исполнительных производств Управления УФССП России по Свердловской области (подробнее) МИФНС России №5 по Республике Коми (подробнее) Нп СРО АУ Меркурий (подробнее) ООО Внешний управляющий "Продовольственная база №4" Фогилева Флюра Сагмановна (подробнее) ООО Внешний управляющий "Уралторгснаб" Страчук Елена Валерьевна (подробнее) ООО конкурсный управляющий "Продовольственная база №4" (подробнее) ООО конкурсный управляющий "Продовольственная база №4" Алексеев Алексей Александрович (подробнее) ООО конкурсный управляющий "Продовольственная база №4" Джурабаев Сергей Григорьевич (подробнее) ООО "Премиум" (подробнее) ООО "Продовольственная база №4" (подробнее) ООО Продовольственная база №4 (подробнее) ОСП по г. Сыктывкару №1 (подробнее) Отдел ГИБДД УВД по г. Сыктывкару (подробнее) Отделение почты "ул. Ильича, 17" (подробнее) ПАО Банк ВТБ Филиал №6602 в г.Екатеринбурге (подробнее) ПАО Банк Екатеринбург (подробнее) ПАО "Сбербанк России" Свердловское отделение №7003 (подробнее) ПН СРО АУ Меркурий (подробнее) Саморегулируемая организация арбитражных управляющих "Меркурий" (подробнее) Свердловский областной суд (подробнее) Следственный отдел по городу Сыктывкару (подробнее) Служба Республики Коми строительного, жилищного и технического надзора (контроля) (подробнее) Союз СОАУ "Альянс" (подробнее) Сыктывкарский городской суд Республики Коми (подробнее) Управление Росреестра по Республике Коми (подробнее) Управление Федеральной налоговой службы по Республике Коми (подробнее) Управление Федеральной службы государственной регистрации, кадастра и картографии по Свердловской области (подробнее) Управление ФНС по Республике Коми (подробнее) Управление ФССП по РК (подробнее) ФГБУ ФКП Росреестра по Республике Коми (подробнее) Судьи дела: Разумов И.В. (судья) Последние документы по делу: Определение от 4 декабря 2019 г. по делу № А29-7340/2016 Определение от 28 февраля 2019 г. по делу № А29-7340/2016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