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Восканян Гаяне Арамаисовне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