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«БИОЛАБСИСТЕМ»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"Биолабсистем" (подробнее) Ответчики: БУЗ ВО "Новоусманская РБ"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