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«Моршанская мануфактура»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