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«Племенной завод «Раздолье»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