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СпецМаш»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Министерство обороны Российской Федерации (подробнее) Ответчики: ООО "Завод специального машиностроения"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