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Баграмяну Едину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