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"ВМТ" (подробнее) Ответчики: ООО "Спецволгаавто"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