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«Дом на Уинской»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