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«Уральский завод металлоконструкций»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