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ветеринарному и фитосанитарному надзору по Забайкальскому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по ветеринарному и фитосанитарному надзору по Забайкальскому краю (подробнее) Ответчики: ООО Алекс Групп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