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«Ювеста компани»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УМВД России по Сахалинской области (подробнее) Ответчики: ООО "Ювеста Компани" (подробнее) Иные лица: Уполномоченный по защите прав предпринимателей Сахалинской области Коваленко А С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