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Анисимову Сергею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