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Пермскому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Федеральной службы государственной регистрации, кадастра и картографии по Пермскому краю (подробнее) Ответчики: ГУ МЧС России по Пермскому краю (подробнее) ГУ Управление надзорной деятельности и профилактической работы МЧС России по Пермскому краю 10 ОНД и профилактической работы по Соликамскому городскому округу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