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«Фирма «Агрокомплекс им. Н.И. Ткачева»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Фирма "Агрокомплекс" им. Н.И. Ткачева (подробнее) АО ФИРМА "АГРОКОМПЛЕКС" ИМ.Н.И.ТКАЧЕВА (подробнее) Иные лица: Управление Федеральной антимонопольной службы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