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«Аппаратура систем связи»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