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агентство «АЯКС»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