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«Российская инновационная топливно-энергетическая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