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ветеринарному и фитосанитарному надзору по Иркутской области и Республике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