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«Нефтяная компания ДУЛИСЬМА»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"Нефтяная компания Дулисьма" (подробнее) Ответчики: МИФНС России по КН №2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