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 Звуков»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"МИР ЗВУКОВ" (подробнее) Ответчики: АО "СТРАХОВАЯ КОМПАНИЯ "СОГАЗ-МЕД"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