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тепанову Эдуард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