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«АБЗ-Дорстрой»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ЗАО "АБЗ- Дорстрой" (подробнее) Ответчики: Государственная административно-техническая инспекция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