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Дорну Антону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