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директору муниципального унитарного многоотраслевого предприятия жилищно-коммунального хозяйства пос. Ставрово Седову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