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Чернышову Ивану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