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«Нижегородский масло-жировой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