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Мулахметову Андрею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