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«ГТ-Алюминотермитная сварка»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