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27.07.2022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пропуска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Степанова Эдуарда Вячеславовича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