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«Санаторно-курортный комплекс «Приволжский»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