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Лабынину Владимиру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