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тепанову Эдуарду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