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службы по надзору в сфере природопользования по Московской и Смоленской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