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Назарову Дмитрию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