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августа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статьей 29111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«АПИН»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