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«Шереметьево-Карго»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