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19.07.2022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пропуска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«Стройсервис»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