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огресс-Элект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