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города Москвы «Агентство по закупкам (контрактная служба) Департамента здравоохранения города Москвы»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"КОМПАНИЯ НВ-ЛАБ" (подробнее) Ответчики: ГОСУДАРСТВЕННОЕ КАЗЕННОЕ УЧРЕЖДЕНИЕ ГОРОДА МОСКВЫ "АГЕНТСТВО ПО ЗАКУПКАМ (КОНТРАКТНАЯ СЛУЖБА) ДЕПАРТАМЕНТА ЗДРАВООХРАНЕНИЯ ГОРОДА МОСКВЫ"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