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«Черняховский аграрий»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