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«Жилищно- эксплуатационное управление № 10» городского округа «Город Южно- Сахалинск»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