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Владивостокской таможне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