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"Тандем" (далее - общество) обратилось в Арбитражный суд города Москвы к Московско-Окскому территориальному управлению Федерального агентства по рыболовству (далее - управление) с требованием признать незаконным уведомление Московско-Окского территориального управления Федерального агентства по рыболовству от 16.02.2021 N 07-05/558 о признании утратившим силу договора пользования рыболовным участком для организации любительского рыболовства N 15-69/2019-Л от 07.11.2019. Решением Арбитражного суда города Москвы от 29.09.2021, оставленным без изменения постановлением Девятого арбитражного апелляционного суда от 02.02.2022 и постановлением Арбитражного суда Московского округа от 25.04.2022, заявление удовлетворено.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Федеральным законом от 03.07.2016 №349-ФЗ «О внесении изменений в Федеральный закон 2 «О рыболовстве и сохранении водных биологических ресурсов» и отдельные законодательные акты Российской Федерации в части совершенствования распределения квот добычи (вылова) водных биологических ресурсов» внесен ряд изменений, в частности, введено такое понятие, как «рыболовный участок» вместо понятия «рыбопромысловый участок». С 01.01.2020 вступил в силу Федеральный закон от 25.12.2018 №475-ФЗ «О любительском рыболовстве и о внесении изменений в отдельные законодательные акты Российской Федерации» (далее -Закон о любительском рыболовстве». Для действующих на дату принятия указанного Федерального закона договоров о предоставлении рыбопромыслового участка для организации любительского и спортивного рыболовства (договоров пользования рыболовным участком для организации любительского рыболовства) статьей 18 Закона о любительском рыболовстве установлен срок действия до 31.12.2020. Исключение предусмотрено только для отдельных районов добычи (вылова) ( с указанием географических координат) водных биоресурсов в Байкальском, Дальневосточном, Северном, Восточно-Сибирском рыбохозяйственных бассейнах и только в отношении ценных видов водных биоресурсов, установленных в соответствии с частью 3 статьи 15 Федерального закона от 20.12.2004 №166-ФЗ «О рыболовстве и сохранении водных биологических ресурсов». Согласно пункту 8 статьи 16 Закона о любительском рыболовстве внесены изменения в закон №166-ФЗ, который дополнен пунктом 65 «Переходные положения в отношении договоров о предоставлении рыбопромысловых участков, на основании которых осуществляется организация любительского и спортивного рыболовства». Данный пункт вступил в силу с 01.01.2019. Частью 1 статьи 65 закона №166-ФЗ установлено право переоформления с 01.09.2019 до 01.01.2020 договора о предоставлении рыбопромыслового участка для организации любительского и спортивного рыболовства без проведения торгов на договор пользования рыболовным участком для организации любительского рыболовства на оставшуюся часть срока действия заключенного ранее договора о предоставлении рыбопромыслового участка в порядке, установленном федеральным органом исполнительной власти в области рыболовства. Указанная процедура осуществлялась в порядке, утвержденном приказом Минсельхоза России от 25.07.2019 №442 «Об утверждении порядка заключения договоров пользования рыболовным участком в соответствии со статьями 61,63-65 Федерального закона от 20.12.2004 №166-ФЗ «О рыболовстве и сохранении водных биологических ресурсов» . Для лиц, не подавших в уполномоченный орган в срок до 01.01.2020 заявления о переоформлении заключенного с ними договора о предоставлении рыбопромыслового участка для организации любительского и спортивного рыболовства, договор считается прекратившим свое действие в силу части 5 статьи 65 закона №166-ФЗ. 3 Таким образом, в силу части 1 статьи 65 закона №166-ФЗ с 01.01.2020 прекратили свое действие переоформленные договоры о предоставлении рыбопромысловых участков для организации любительского и спортивного рыболовства, а с учетом части 1 и части 2 статьи 18 Закона о любительском рыболовстве после 31.10.2020 прекратили свое действие переоформленные договоры пользования рыболовным участком для организации любительского рыболовства, не относящиеся к отдельным районам добычи (вылова) (с указанием географических координат) водных биоресурсов в Байкальском, Дальневосточном, Северном, Восточно-Сибирском рыбохозяйственных бассейнах. В силу казанных изменений в законодательстве по инициативе заявителя был заключен договор пользования рыболовным участком для организации любительского и спортивного рыболовства от 07.11.2019 №15-69/2019-Л на оставшуюся часть срока действия заключенного ранее договора о предоставлении рыбопромыслового участка для организации любительского и спортивного рыболовства от 22.10.2009 №163/1. Управлением было направлено заявителю уведомление от 16.02.2021 №07-05\558 о том, что договор пользования рыболовным участком от 17.11.2019 №15-69/2019-Л признается утратившим силу согласно части 1 статьи 18 Закона о любительском рыболовстве; договоры о предоставлении рыбопромыслового участка для организации любительского и спортивного рыболовства и (или) договор пользования рыболовным участком для организации любительского рыболовства, которые заключены до дня вступления в силу этого Федерального закона и срок действия которых не истек, действуют до 30.12.2020. Суды не применили подлежащую применению часть 1 статьи 18 Закона о любительском рыболовстве и пришли к неверному выводу о том, что, переоформив в соответствии с частью 1 статьи 65 закона №166-ФЗ договор о предоставлении рыбопромыслового участка для организации любительского и спортивного рыболовства в 2019 году, до вступления в силу с 01.01.2020 Закона о любительском рыболовстве, заявитель сохранил право пользования рыболовным участком по истечении срока договора , то есть до 29.09.2030. Между тем, данное переоформление в 2019 году продлило для заявителя право пользования рыболовным участком до 31.12.2020 , иначе не переоформленный договор о предоставлении рыбопромыслового участка прекращал бы свое действие с 01.01.2020.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4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22.10.2009 между ООО "Тандем" и Верхневолжским территориальным управлением Федерального агентства по рыболовству на основании решения конкурсной комиссии (протокол рассмотрения заявок от 21.09.2010) 30.09.2010 был заключен договор о предоставлении рыбопромыслового участка для организации спортивного и любительского рыболовства N 171/1 на озеро Малый Дербовеж, расположенное в Западнодвинском районе Тверской области. Согласно введенной в действие Федеральным законом от 25.12.2018 N 475- ФЗ статьи 65 Федерального закона от 20.12.2004 N 166-ФЗ "О рыболовстве и сохранении водных биологических ресурсов" юридическим лицам, осуществляющие организацию любительского и спортивного рыболовства, было предоставлено право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 до 01.01.2020 в порядке, установленном федеральным органом исполнительной власти в области рыболовства - приказом Министерства сельского хозяйства РФ от 25.07.2019 N 442 "Об утверждении порядка заключения договоров пользования рыболовным участком в соответствии со статьями 61, 63 - 65 Федерального закона от 20.12.2004 N 166-ФЗ "О рыболовстве и сохранении водных биологических ресурсов". Согласно этому порядку в целях заключения договора пользования рыболовным участком юридические лица до 15.10.2019 подают в письменной форме заявление в отношении каждого рыбопромыслового участка, включенного в договор о предоставлении рыбопромыслового участка. Общество воспользовалось данным ему законом правом и подало заявление в Московско-Окское территориальное управление Федерального агентства по рыболовству в установленный срок 04.10.2019 за входящими номерами 21-РЛУ. 07.11.2019 между Московско-Окским территориальным управлением Федерального агентства по рыболовству и ООО "Тандем" заключен договор о предоставлении рыболовного участка для организации любительского и спортивного рыболовства N 15-69/2019-Л на озеро Малый Дербовеж сроком действия до 29.09.2030 (срок действия договора сохранен). Управление направило обществу уведомление от 16.02.2021 N 07-05/558 о том, что договор от 07.11.2019 N 15-69/2019-Л признается утратившим силу на основании вступления в законную силу с 01.01.2020 части 1 статьи 18 Федерального закона от 25.12.2018 N 475-ФЗ "О любительском рыболовстве и о внесении изменений в отдельные законодательные акты Российской 5 Федерации", в соответствии с которой договоры о предоставлении рыбопромыслового участка для организации любительского и спортивного рыболовства и (или) договоры пользования рыболовным участком для организации любительского рыболовства, которые заключены до дня вступления в силу этого Федерального закона и срок действия которых еще не истек, действуют до 31.12.2020. Полагая указанное уведомление незаконным, заявитель обратился в арбитражный суд с настоящими требованиями. Исследовав и оценив представленные доказательства в соответствии с требованиями статьи 71 Арбитражного процессуального кодекса Российской Федерации, суды, руководствуясь положениями статей 16, 18 Федерального закона N 475-ФЗ, статьей 65 Федерального закона N 166-ФЗ, пришли к выводу о том, что оспариваемое уведомление не соответствует положениям действующего законодательства и нарушает права и законные интересы заявителя в сфере предпринимательской деятельности, поскольку условия процедуры по сохранению срока права пользования рыболовным участком озером Малый Дербовеж с целью осуществления любительского и спортивного рыболовства были соблюдены обществом. Судами установлено, что договор пользования рыболовным участком N 15-69/2019-Л был заключен с обществом 07 ноября 2019 г. в порядке переоформления ранее заключенных с ним договоров о предоставлении рыбопромысловых участков для организации спортивного и любительского рыболовства в соответствии с переходными положениями, предусмотренными статьей 65 Федерального закона N 166-ФЗ, введенной в действие Федеральным законом N 475-ФЗ, вступившим в силу в части переходных положений с 01 января 2019 г. При этом положения части 1 статьи 18 Федерального закона N 475-ФЗ не подлежат применению в сложившейся ситуации, так как ООО "Тандем" выполнены все законодательно установленные требования для сохранения срока действия ранее заключенного договора о предоставлении рыбопромыслового участка - озеро Малый Дербовеж, своевременно подана заявка на переоформление договора и подписан новый договор о предоставлении рыбопромыслового участка без проведения торгов на договор пользования рыболовным участком N 15-69/2019-Л на прежних условиях и сроком действия до 29 сентября 2030 г. На основании изложенного, суды пришли к верному выводу о том, что договор о предоставлении рыболовного участка для организации любительского и спортивного рыболовства от 07 ноября 2019 г. N 15-69/2019-Л является действующим и оснований для признания его утратившими силу не имеется.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 6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Московско-Окского территориального управления Федерального агентства по рыболовству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