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Кононову Вячеславу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