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Газукину Виктору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